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SEZIONE 1: REGISTRO GIORNALIERO E PERIODICO DELLE PULIZIE</w:t>
      </w:r>
    </w:p>
    <w:p>
      <w:pPr>
        <w:jc w:val="center"/>
      </w:pPr>
      <w:r>
        <w:rPr>
          <w:i/>
        </w:rPr>
        <w:t>(Da compilare a cura del singolo collaboratore scolastico)</w:t>
      </w:r>
    </w:p>
    <w:p>
      <w:r>
        <w:rPr>
          <w:b/>
        </w:rPr>
        <w:t>Nome e Cognome Collaboratore: ______________________________________</w:t>
        <w:br/>
      </w:r>
      <w:r>
        <w:rPr>
          <w:b/>
        </w:rPr>
        <w:t>Plesso / Sede: __________________________   Mese/Anno: ______________</w:t>
      </w:r>
    </w:p>
    <w:p>
      <w:r>
        <w:rPr>
          <w:b/>
        </w:rPr>
        <w:t>LEGENDA OPERAZIONI:</w:t>
        <w:br/>
      </w:r>
      <w:r>
        <w:t>• P = Pulizia ordinaria (spolveratura, lavaggio, vuotamento cestini)</w:t>
        <w:br/>
      </w:r>
      <w:r>
        <w:t>• D = Disinfezione / Sanificazione delle superfici di contatto</w:t>
      </w:r>
    </w:p>
    <w:p>
      <w:pPr>
        <w:pStyle w:val="Heading2"/>
      </w:pPr>
      <w:r>
        <w:t>1. PALESTRA E SPOGLIATOI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419"/>
            <w:shd w:fill="F2F2F2"/>
          </w:tcPr>
          <w:p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type="dxa" w:w="1419"/>
            <w:shd w:fill="F2F2F2"/>
          </w:tcPr>
          <w:p>
            <w:pPr>
              <w:jc w:val="center"/>
            </w:pPr>
            <w:r>
              <w:rPr>
                <w:b/>
              </w:rPr>
              <w:t>Lavaggio Pavimenti Palestra (P)</w:t>
            </w:r>
          </w:p>
        </w:tc>
        <w:tc>
          <w:tcPr>
            <w:tcW w:type="dxa" w:w="1419"/>
            <w:shd w:fill="F2F2F2"/>
          </w:tcPr>
          <w:p>
            <w:pPr>
              <w:jc w:val="center"/>
            </w:pPr>
            <w:r>
              <w:rPr>
                <w:b/>
              </w:rPr>
              <w:t>Pulizia e Disinfezione Spogliatoi/Docce (P+D)</w:t>
            </w:r>
          </w:p>
        </w:tc>
        <w:tc>
          <w:tcPr>
            <w:tcW w:type="dxa" w:w="1419"/>
            <w:shd w:fill="F2F2F2"/>
          </w:tcPr>
          <w:p>
            <w:pPr>
              <w:jc w:val="center"/>
            </w:pPr>
            <w:r>
              <w:rPr>
                <w:b/>
              </w:rPr>
              <w:t>Sanificazione Maniglie e Attrezzature (D)</w:t>
            </w:r>
          </w:p>
        </w:tc>
        <w:tc>
          <w:tcPr>
            <w:tcW w:type="dxa" w:w="1419"/>
            <w:shd w:fill="F2F2F2"/>
          </w:tcPr>
          <w:p>
            <w:pPr>
              <w:jc w:val="center"/>
            </w:pPr>
            <w:r>
              <w:rPr>
                <w:b/>
              </w:rPr>
              <w:t>Svuotamento Cestini</w:t>
            </w:r>
          </w:p>
        </w:tc>
        <w:tc>
          <w:tcPr>
            <w:tcW w:type="dxa" w:w="1419"/>
            <w:shd w:fill="F2F2F2"/>
          </w:tcPr>
          <w:p>
            <w:pPr>
              <w:jc w:val="center"/>
            </w:pPr>
            <w:r>
              <w:rPr>
                <w:b/>
              </w:rPr>
              <w:t>Ora</w:t>
            </w:r>
          </w:p>
        </w:tc>
        <w:tc>
          <w:tcPr>
            <w:tcW w:type="dxa" w:w="1419"/>
            <w:shd w:fill="F2F2F2"/>
          </w:tcPr>
          <w:p>
            <w:pPr>
              <w:jc w:val="center"/>
            </w:pPr>
            <w:r>
              <w:rPr>
                <w:b/>
              </w:rPr>
              <w:t>Firma</w:t>
            </w:r>
          </w:p>
        </w:tc>
      </w:tr>
      <w:tr>
        <w:tc>
          <w:tcPr>
            <w:tcW w:type="dxa" w:w="1419"/>
          </w:tcPr>
          <w:p>
            <w:pPr>
              <w:jc w:val="center"/>
            </w:pP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pPr>
              <w:jc w:val="center"/>
            </w:pPr>
          </w:p>
        </w:tc>
        <w:tc>
          <w:tcPr>
            <w:tcW w:type="dxa" w:w="1419"/>
          </w:tcPr>
          <w:p>
            <w:pPr>
              <w:jc w:val="center"/>
            </w:pPr>
          </w:p>
        </w:tc>
      </w:tr>
      <w:tr>
        <w:tc>
          <w:tcPr>
            <w:tcW w:type="dxa" w:w="1419"/>
          </w:tcPr>
          <w:p>
            <w:pPr>
              <w:jc w:val="center"/>
            </w:pP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pPr>
              <w:jc w:val="center"/>
            </w:pPr>
          </w:p>
        </w:tc>
        <w:tc>
          <w:tcPr>
            <w:tcW w:type="dxa" w:w="1419"/>
          </w:tcPr>
          <w:p>
            <w:pPr>
              <w:jc w:val="center"/>
            </w:pPr>
          </w:p>
        </w:tc>
      </w:tr>
      <w:tr>
        <w:tc>
          <w:tcPr>
            <w:tcW w:type="dxa" w:w="1419"/>
          </w:tcPr>
          <w:p>
            <w:pPr>
              <w:jc w:val="center"/>
            </w:pP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r>
              <w:t>[  ]</w:t>
            </w:r>
          </w:p>
        </w:tc>
        <w:tc>
          <w:tcPr>
            <w:tcW w:type="dxa" w:w="1419"/>
          </w:tcPr>
          <w:p>
            <w:pPr>
              <w:jc w:val="center"/>
            </w:pPr>
          </w:p>
        </w:tc>
        <w:tc>
          <w:tcPr>
            <w:tcW w:type="dxa" w:w="1419"/>
          </w:tcPr>
          <w:p>
            <w:pPr>
              <w:jc w:val="center"/>
            </w:pPr>
          </w:p>
        </w:tc>
      </w:tr>
    </w:tbl>
    <w:p>
      <w:pPr>
        <w:pStyle w:val="Heading2"/>
      </w:pPr>
      <w:r>
        <w:t>2. REFETTORIO / MENSA</w:t>
      </w:r>
    </w:p>
    <w:p>
      <w:r>
        <w:rPr>
          <w:i/>
        </w:rPr>
        <w:t>Nota: Da eseguire tassativamente prima e dopo ogni turno di refezione.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Pulizia e Disinfezione Tavoli/Sedie (P+D)</w:t>
            </w:r>
          </w:p>
        </w:tc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Lavaggio e Sanificazione Pavimenti (P+D)</w:t>
            </w:r>
          </w:p>
        </w:tc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Svuotamento e Sanificazione Cestini Rifiuti</w:t>
            </w:r>
          </w:p>
        </w:tc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Ora</w:t>
            </w:r>
          </w:p>
        </w:tc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Firma</w:t>
            </w:r>
          </w:p>
        </w:tc>
      </w:tr>
      <w:tr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pPr>
              <w:jc w:val="center"/>
            </w:pPr>
          </w:p>
        </w:tc>
      </w:tr>
      <w:tr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pPr>
              <w:jc w:val="center"/>
            </w:pPr>
          </w:p>
        </w:tc>
      </w:tr>
      <w:tr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pPr>
              <w:jc w:val="center"/>
            </w:pPr>
          </w:p>
        </w:tc>
      </w:tr>
    </w:tbl>
    <w:p>
      <w:pPr>
        <w:pStyle w:val="Heading2"/>
      </w:pPr>
      <w:r>
        <w:t>3. CORTILE E SPAZI ESTERNI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Svuotamento Cestini Esterni</w:t>
            </w:r>
          </w:p>
        </w:tc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Raccolta Foglie / Rifiuti a Terra</w:t>
            </w:r>
          </w:p>
        </w:tc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Controllo Sicurezza Accessi/Cancelli</w:t>
            </w:r>
          </w:p>
        </w:tc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Ora</w:t>
            </w:r>
          </w:p>
        </w:tc>
        <w:tc>
          <w:tcPr>
            <w:tcW w:type="dxa" w:w="1656"/>
            <w:shd w:fill="F2F2F2"/>
          </w:tcPr>
          <w:p>
            <w:pPr>
              <w:jc w:val="center"/>
            </w:pPr>
            <w:r>
              <w:rPr>
                <w:b/>
              </w:rPr>
              <w:t>Firma</w:t>
            </w:r>
          </w:p>
        </w:tc>
      </w:tr>
      <w:tr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pPr>
              <w:jc w:val="center"/>
            </w:pPr>
          </w:p>
        </w:tc>
      </w:tr>
      <w:tr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pPr>
              <w:jc w:val="center"/>
            </w:pPr>
          </w:p>
        </w:tc>
      </w:tr>
      <w:tr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r>
              <w:t>[  ]</w:t>
            </w:r>
          </w:p>
        </w:tc>
        <w:tc>
          <w:tcPr>
            <w:tcW w:type="dxa" w:w="1656"/>
          </w:tcPr>
          <w:p>
            <w:pPr>
              <w:jc w:val="center"/>
            </w:pPr>
          </w:p>
        </w:tc>
        <w:tc>
          <w:tcPr>
            <w:tcW w:type="dxa" w:w="1656"/>
          </w:tcPr>
          <w:p>
            <w:pPr>
              <w:jc w:val="center"/>
            </w:pPr>
          </w:p>
        </w:tc>
      </w:tr>
    </w:tbl>
    <w:p>
      <w:pPr>
        <w:pStyle w:val="Heading2"/>
      </w:pPr>
      <w:r>
        <w:t>4. OPERAZIONI PERIODICHE (Settimanali / Mensili / Straordinarie)</w:t>
      </w:r>
    </w:p>
    <w:p>
      <w:r>
        <w:rPr>
          <w:i/>
        </w:rPr>
        <w:t>Spazio a compilazione libera per tracciare gli interventi periodici richiesti (es. lavaggio vetri, fondo pavimenti, ecc.).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F2F2F2"/>
          </w:tcPr>
          <w:p>
            <w:pPr>
              <w:jc w:val="center"/>
            </w:pPr>
            <w:r>
              <w:rPr>
                <w:b/>
              </w:rPr>
              <w:t>Data</w:t>
            </w:r>
          </w:p>
        </w:tc>
        <w:tc>
          <w:tcPr>
            <w:tcW w:type="dxa" w:w="1987"/>
            <w:shd w:fill="F2F2F2"/>
          </w:tcPr>
          <w:p>
            <w:pPr>
              <w:jc w:val="center"/>
            </w:pPr>
            <w:r>
              <w:rPr>
                <w:b/>
              </w:rPr>
              <w:t>Tipologia di Operazione Periodica (Descrivere l'intervento)</w:t>
            </w:r>
          </w:p>
        </w:tc>
        <w:tc>
          <w:tcPr>
            <w:tcW w:type="dxa" w:w="1987"/>
            <w:shd w:fill="F2F2F2"/>
          </w:tcPr>
          <w:p>
            <w:pPr>
              <w:jc w:val="center"/>
            </w:pPr>
            <w:r>
              <w:rPr>
                <w:b/>
              </w:rPr>
              <w:t>Zona / Locale Coinvolto</w:t>
            </w:r>
          </w:p>
        </w:tc>
        <w:tc>
          <w:tcPr>
            <w:tcW w:type="dxa" w:w="1987"/>
            <w:shd w:fill="F2F2F2"/>
          </w:tcPr>
          <w:p>
            <w:pPr>
              <w:jc w:val="center"/>
            </w:pPr>
            <w:r>
              <w:rPr>
                <w:b/>
              </w:rPr>
              <w:t>Esito / Note</w:t>
            </w:r>
          </w:p>
        </w:tc>
        <w:tc>
          <w:tcPr>
            <w:tcW w:type="dxa" w:w="1987"/>
            <w:shd w:fill="F2F2F2"/>
          </w:tcPr>
          <w:p>
            <w:pPr>
              <w:jc w:val="center"/>
            </w:pPr>
            <w:r>
              <w:rPr>
                <w:b/>
              </w:rPr>
              <w:t>Firma</w:t>
            </w:r>
          </w:p>
        </w:tc>
      </w:tr>
      <w:tr>
        <w:tc>
          <w:tcPr>
            <w:tcW w:type="dxa" w:w="1987"/>
          </w:tcPr>
          <w:p>
            <w:pPr>
              <w:jc w:val="center"/>
            </w:pPr>
          </w:p>
        </w:tc>
        <w:tc>
          <w:tcPr>
            <w:tcW w:type="dxa" w:w="1987"/>
          </w:tcPr>
          <w:p>
            <w:pPr>
              <w:jc w:val="center"/>
            </w:pPr>
          </w:p>
        </w:tc>
        <w:tc>
          <w:tcPr>
            <w:tcW w:type="dxa" w:w="1987"/>
          </w:tcPr>
          <w:p>
            <w:pPr>
              <w:jc w:val="center"/>
            </w:pPr>
          </w:p>
        </w:tc>
        <w:tc>
          <w:tcPr>
            <w:tcW w:type="dxa" w:w="1987"/>
          </w:tcPr>
          <w:p>
            <w:r>
              <w:t>[  ] Completato</w:t>
            </w:r>
          </w:p>
        </w:tc>
        <w:tc>
          <w:tcPr>
            <w:tcW w:type="dxa" w:w="1987"/>
          </w:tcPr>
          <w:p>
            <w:pPr>
              <w:jc w:val="center"/>
            </w:pPr>
          </w:p>
        </w:tc>
      </w:tr>
      <w:tr>
        <w:tc>
          <w:tcPr>
            <w:tcW w:type="dxa" w:w="1987"/>
          </w:tcPr>
          <w:p>
            <w:pPr>
              <w:jc w:val="center"/>
            </w:pPr>
          </w:p>
        </w:tc>
        <w:tc>
          <w:tcPr>
            <w:tcW w:type="dxa" w:w="1987"/>
          </w:tcPr>
          <w:p>
            <w:pPr>
              <w:jc w:val="center"/>
            </w:pPr>
          </w:p>
        </w:tc>
        <w:tc>
          <w:tcPr>
            <w:tcW w:type="dxa" w:w="1987"/>
          </w:tcPr>
          <w:p>
            <w:pPr>
              <w:jc w:val="center"/>
            </w:pPr>
          </w:p>
        </w:tc>
        <w:tc>
          <w:tcPr>
            <w:tcW w:type="dxa" w:w="1987"/>
          </w:tcPr>
          <w:p>
            <w:r>
              <w:t>[  ] Completato</w:t>
            </w:r>
          </w:p>
        </w:tc>
        <w:tc>
          <w:tcPr>
            <w:tcW w:type="dxa" w:w="1987"/>
          </w:tcPr>
          <w:p>
            <w:pPr>
              <w:jc w:val="center"/>
            </w:pPr>
          </w:p>
        </w:tc>
      </w:tr>
      <w:tr>
        <w:tc>
          <w:tcPr>
            <w:tcW w:type="dxa" w:w="1987"/>
          </w:tcPr>
          <w:p>
            <w:pPr>
              <w:jc w:val="center"/>
            </w:pPr>
          </w:p>
        </w:tc>
        <w:tc>
          <w:tcPr>
            <w:tcW w:type="dxa" w:w="1987"/>
          </w:tcPr>
          <w:p>
            <w:pPr>
              <w:jc w:val="center"/>
            </w:pPr>
          </w:p>
        </w:tc>
        <w:tc>
          <w:tcPr>
            <w:tcW w:type="dxa" w:w="1987"/>
          </w:tcPr>
          <w:p>
            <w:pPr>
              <w:jc w:val="center"/>
            </w:pPr>
          </w:p>
        </w:tc>
        <w:tc>
          <w:tcPr>
            <w:tcW w:type="dxa" w:w="1987"/>
          </w:tcPr>
          <w:p>
            <w:r>
              <w:t>[  ] Completato</w:t>
            </w:r>
          </w:p>
        </w:tc>
        <w:tc>
          <w:tcPr>
            <w:tcW w:type="dxa" w:w="1987"/>
          </w:tcPr>
          <w:p>
            <w:pPr>
              <w:jc w:val="center"/>
            </w:pPr>
          </w:p>
        </w:tc>
      </w:tr>
    </w:tbl>
    <w:p>
      <w:pPr>
        <w:pStyle w:val="Heading3"/>
      </w:pPr>
      <w:r>
        <w:t>NOTE E SEGNALAZIONI DEL COLLABORATORE</w:t>
      </w:r>
    </w:p>
    <w:p>
      <w:r>
        <w:t>(Segnalare guasti, lampadine da sostituire, carenza di detergenti o sacchetti).</w:t>
        <w:br/>
        <w:t>_______________________________________________________________________________________</w:t>
      </w:r>
    </w:p>
    <w:p>
      <w:r>
        <w:br w:type="page"/>
      </w:r>
    </w:p>
    <w:p>
      <w:pPr>
        <w:jc w:val="center"/>
      </w:pPr>
      <w:r>
        <w:rPr>
          <w:b/>
        </w:rPr>
        <w:t>SEZIONE 2: REGISTRO DI CONTROLLO E VERIFICA DSGA</w:t>
      </w:r>
    </w:p>
    <w:p>
      <w:pPr>
        <w:jc w:val="center"/>
      </w:pPr>
      <w:r>
        <w:rPr>
          <w:i/>
        </w:rPr>
        <w:t>(Da compilare a cura del Direttore dei Servizi Generali e Amministrativi)</w:t>
      </w:r>
    </w:p>
    <w:p>
      <w:r>
        <w:rPr>
          <w:b/>
        </w:rPr>
        <w:t>Periodo di Verifica (Settimana/Mese): ___________________________</w:t>
        <w:br/>
      </w:r>
      <w:r>
        <w:rPr>
          <w:b/>
        </w:rPr>
        <w:t>Collaboratore Sottoposto a Verifica: __________________________________</w:t>
      </w:r>
    </w:p>
    <w:p>
      <w:pPr>
        <w:pStyle w:val="Heading2"/>
      </w:pPr>
      <w:r>
        <w:t>SCHEDA DI VALUTAZIONE E ISPEZIONE VISIVA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F2F2F2"/>
          </w:tcPr>
          <w:p>
            <w:pPr>
              <w:jc w:val="center"/>
            </w:pPr>
            <w:r>
              <w:rPr>
                <w:b/>
              </w:rPr>
              <w:t>Area Sottoposta a Controllo</w:t>
            </w:r>
          </w:p>
        </w:tc>
        <w:tc>
          <w:tcPr>
            <w:tcW w:type="dxa" w:w="2484"/>
            <w:shd w:fill="F2F2F2"/>
          </w:tcPr>
          <w:p>
            <w:pPr>
              <w:jc w:val="center"/>
            </w:pPr>
            <w:r>
              <w:rPr>
                <w:b/>
              </w:rPr>
              <w:t>Stato di Pulizia Igienica</w:t>
            </w:r>
          </w:p>
        </w:tc>
        <w:tc>
          <w:tcPr>
            <w:tcW w:type="dxa" w:w="2484"/>
            <w:shd w:fill="F2F2F2"/>
          </w:tcPr>
          <w:p>
            <w:pPr>
              <w:jc w:val="center"/>
            </w:pPr>
            <w:r>
              <w:rPr>
                <w:b/>
              </w:rPr>
              <w:t>Corrispondenza con il Registro</w:t>
            </w:r>
          </w:p>
        </w:tc>
        <w:tc>
          <w:tcPr>
            <w:tcW w:type="dxa" w:w="2484"/>
            <w:shd w:fill="F2F2F2"/>
          </w:tcPr>
          <w:p>
            <w:pPr>
              <w:jc w:val="center"/>
            </w:pPr>
            <w:r>
              <w:rPr>
                <w:b/>
              </w:rPr>
              <w:t>Note / Azioni Correttive Richieste</w:t>
            </w:r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Palestra e Spogliatoi</w:t>
            </w:r>
          </w:p>
        </w:tc>
        <w:tc>
          <w:tcPr>
            <w:tcW w:type="dxa" w:w="2484"/>
          </w:tcPr>
          <w:p>
            <w:r>
              <w:t>[  ] Adeguato</w:t>
              <w:br/>
              <w:t>[  ] Non Adeguato</w:t>
            </w:r>
          </w:p>
        </w:tc>
        <w:tc>
          <w:tcPr>
            <w:tcW w:type="dxa" w:w="2484"/>
          </w:tcPr>
          <w:p>
            <w:r>
              <w:t>[  ] Conforme</w:t>
              <w:br/>
              <w:t>[  ] Non Conforme</w:t>
            </w:r>
          </w:p>
        </w:tc>
        <w:tc>
          <w:tcPr>
            <w:tcW w:type="dxa" w:w="2484"/>
          </w:tcPr>
          <w:p>
            <w:pPr>
              <w:jc w:val="center"/>
            </w:pPr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Refettorio / Mensa</w:t>
            </w:r>
          </w:p>
        </w:tc>
        <w:tc>
          <w:tcPr>
            <w:tcW w:type="dxa" w:w="2484"/>
          </w:tcPr>
          <w:p>
            <w:r>
              <w:t>[  ] Adeguato</w:t>
              <w:br/>
              <w:t>[  ] Non Adeguato</w:t>
            </w:r>
          </w:p>
        </w:tc>
        <w:tc>
          <w:tcPr>
            <w:tcW w:type="dxa" w:w="2484"/>
          </w:tcPr>
          <w:p>
            <w:r>
              <w:t>[  ] Conforme</w:t>
              <w:br/>
              <w:t>[  ] Non Conforme</w:t>
            </w:r>
          </w:p>
        </w:tc>
        <w:tc>
          <w:tcPr>
            <w:tcW w:type="dxa" w:w="2484"/>
          </w:tcPr>
          <w:p>
            <w:pPr>
              <w:jc w:val="center"/>
            </w:pPr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Cortile e Spazi Esterni</w:t>
            </w:r>
          </w:p>
        </w:tc>
        <w:tc>
          <w:tcPr>
            <w:tcW w:type="dxa" w:w="2484"/>
          </w:tcPr>
          <w:p>
            <w:r>
              <w:t>[  ] Adeguato</w:t>
              <w:br/>
              <w:t>[  ] Non Adeguato</w:t>
            </w:r>
          </w:p>
        </w:tc>
        <w:tc>
          <w:tcPr>
            <w:tcW w:type="dxa" w:w="2484"/>
          </w:tcPr>
          <w:p>
            <w:r>
              <w:t>[  ] Conforme</w:t>
              <w:br/>
              <w:t>[  ] Non Conforme</w:t>
            </w:r>
          </w:p>
        </w:tc>
        <w:tc>
          <w:tcPr>
            <w:tcW w:type="dxa" w:w="2484"/>
          </w:tcPr>
          <w:p>
            <w:pPr>
              <w:jc w:val="center"/>
            </w:pPr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Aule / Uffici / Bagni</w:t>
            </w:r>
          </w:p>
        </w:tc>
        <w:tc>
          <w:tcPr>
            <w:tcW w:type="dxa" w:w="2484"/>
          </w:tcPr>
          <w:p>
            <w:r>
              <w:t>[  ] Adeguato</w:t>
              <w:br/>
              <w:t>[  ] Non Adeguato</w:t>
            </w:r>
          </w:p>
        </w:tc>
        <w:tc>
          <w:tcPr>
            <w:tcW w:type="dxa" w:w="2484"/>
          </w:tcPr>
          <w:p>
            <w:r>
              <w:t>[  ] Conforme</w:t>
              <w:br/>
              <w:t>[  ] Non Conforme</w:t>
            </w:r>
          </w:p>
        </w:tc>
        <w:tc>
          <w:tcPr>
            <w:tcW w:type="dxa" w:w="2484"/>
          </w:tcPr>
          <w:p>
            <w:pPr>
              <w:jc w:val="center"/>
            </w:pPr>
          </w:p>
        </w:tc>
      </w:tr>
      <w:tr>
        <w:tc>
          <w:tcPr>
            <w:tcW w:type="dxa" w:w="2484"/>
          </w:tcPr>
          <w:p>
            <w:r>
              <w:rPr>
                <w:b/>
              </w:rPr>
              <w:t>Operazioni Periodiche</w:t>
            </w:r>
          </w:p>
        </w:tc>
        <w:tc>
          <w:tcPr>
            <w:tcW w:type="dxa" w:w="2484"/>
          </w:tcPr>
          <w:p>
            <w:r>
              <w:t>[  ] Adeguato</w:t>
              <w:br/>
              <w:t>[  ] Non Adeguato</w:t>
            </w:r>
          </w:p>
        </w:tc>
        <w:tc>
          <w:tcPr>
            <w:tcW w:type="dxa" w:w="2484"/>
          </w:tcPr>
          <w:p>
            <w:r>
              <w:t>[  ] Conforme</w:t>
              <w:br/>
              <w:t>[  ] Non Conforme</w:t>
            </w:r>
          </w:p>
        </w:tc>
        <w:tc>
          <w:tcPr>
            <w:tcW w:type="dxa" w:w="2484"/>
          </w:tcPr>
          <w:p>
            <w:pPr>
              <w:jc w:val="center"/>
            </w:pPr>
          </w:p>
        </w:tc>
      </w:tr>
    </w:tbl>
    <w:p>
      <w:pPr>
        <w:pStyle w:val="Heading2"/>
      </w:pPr>
      <w:r>
        <w:t>ESITO DELLA VERIFICA</w:t>
      </w:r>
    </w:p>
    <w:p>
      <w:r>
        <w:rPr>
          <w:b/>
        </w:rPr>
        <w:t xml:space="preserve">[  ] REGOLARE: </w:t>
      </w:r>
      <w:r>
        <w:t>Il servizio è svolto in conformità alle direttive e con la frequenza stabilita.</w:t>
        <w:br/>
        <w:br/>
      </w:r>
      <w:r>
        <w:rPr>
          <w:b/>
        </w:rPr>
        <w:t xml:space="preserve">[  ] DA RIVEDERE: </w:t>
      </w:r>
      <w:r>
        <w:t>Si riscontrano le criticità evidenziate nelle note; richiesto intervento di ripristino.</w:t>
      </w:r>
    </w:p>
    <w:p>
      <w:r>
        <w:br/>
        <w:t>Data del Controllo: ____/____/________</w:t>
        <w:br/>
        <w:br/>
        <w:br/>
        <w:t>Firma del DSGA: ____________________________________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