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A038C" w:rsidRDefault="00F95050">
      <w:pPr>
        <w:jc w:val="center"/>
      </w:pPr>
      <w:bookmarkStart w:id="0" w:name="_GoBack"/>
      <w:bookmarkEnd w:id="0"/>
      <w:r>
        <w:rPr>
          <w:b/>
        </w:rPr>
        <w:t>SEZIONE 2: REGISTRO DI CONTROLLO E VERIFICA DSGA</w:t>
      </w:r>
    </w:p>
    <w:p w:rsidR="007A038C" w:rsidRDefault="00F95050">
      <w:pPr>
        <w:jc w:val="center"/>
      </w:pPr>
      <w:r>
        <w:rPr>
          <w:i/>
        </w:rPr>
        <w:t>(Da compilare a cu</w:t>
      </w:r>
      <w:r>
        <w:rPr>
          <w:i/>
        </w:rPr>
        <w:t>ra del Direttore dei Servizi Generali e Amministrativi)</w:t>
      </w:r>
    </w:p>
    <w:p w:rsidR="007A038C" w:rsidRDefault="00F95050">
      <w:r>
        <w:rPr>
          <w:b/>
        </w:rPr>
        <w:t>Periodo di Verifica (Settimana/Mese): ___________________________</w:t>
      </w:r>
      <w:r>
        <w:rPr>
          <w:b/>
        </w:rPr>
        <w:br/>
        <w:t>Collaboratore Sottoposto a Verifica: __________________________________</w:t>
      </w:r>
    </w:p>
    <w:p w:rsidR="007A038C" w:rsidRDefault="00F95050">
      <w:pPr>
        <w:pStyle w:val="Titolo2"/>
      </w:pPr>
      <w:r>
        <w:t>SCHEDA DI VALUTAZIONE E ISPEZIONE VISIVA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2484"/>
        <w:gridCol w:w="2484"/>
        <w:gridCol w:w="2484"/>
        <w:gridCol w:w="2484"/>
      </w:tblGrid>
      <w:tr w:rsidR="007A038C">
        <w:tc>
          <w:tcPr>
            <w:tcW w:w="2484" w:type="dxa"/>
            <w:shd w:val="clear" w:color="auto" w:fill="F2F2F2"/>
          </w:tcPr>
          <w:p w:rsidR="007A038C" w:rsidRDefault="00F95050">
            <w:pPr>
              <w:jc w:val="center"/>
            </w:pPr>
            <w:r>
              <w:rPr>
                <w:b/>
              </w:rPr>
              <w:t xml:space="preserve">Area Sottoposta a </w:t>
            </w:r>
            <w:r>
              <w:rPr>
                <w:b/>
              </w:rPr>
              <w:t>Controllo</w:t>
            </w:r>
          </w:p>
        </w:tc>
        <w:tc>
          <w:tcPr>
            <w:tcW w:w="2484" w:type="dxa"/>
            <w:shd w:val="clear" w:color="auto" w:fill="F2F2F2"/>
          </w:tcPr>
          <w:p w:rsidR="007A038C" w:rsidRDefault="00F95050">
            <w:pPr>
              <w:jc w:val="center"/>
            </w:pPr>
            <w:r>
              <w:rPr>
                <w:b/>
              </w:rPr>
              <w:t>Stato di Pulizia Igienica</w:t>
            </w:r>
          </w:p>
        </w:tc>
        <w:tc>
          <w:tcPr>
            <w:tcW w:w="2484" w:type="dxa"/>
            <w:shd w:val="clear" w:color="auto" w:fill="F2F2F2"/>
          </w:tcPr>
          <w:p w:rsidR="007A038C" w:rsidRDefault="00F95050">
            <w:pPr>
              <w:jc w:val="center"/>
            </w:pPr>
            <w:r>
              <w:rPr>
                <w:b/>
              </w:rPr>
              <w:t>Corrispondenza con il Registro</w:t>
            </w:r>
          </w:p>
        </w:tc>
        <w:tc>
          <w:tcPr>
            <w:tcW w:w="2484" w:type="dxa"/>
            <w:shd w:val="clear" w:color="auto" w:fill="F2F2F2"/>
          </w:tcPr>
          <w:p w:rsidR="007A038C" w:rsidRDefault="00F95050">
            <w:pPr>
              <w:jc w:val="center"/>
            </w:pPr>
            <w:r>
              <w:rPr>
                <w:b/>
              </w:rPr>
              <w:t>Note / Azioni Correttive Richieste</w:t>
            </w:r>
          </w:p>
        </w:tc>
      </w:tr>
      <w:tr w:rsidR="007A038C">
        <w:tc>
          <w:tcPr>
            <w:tcW w:w="2484" w:type="dxa"/>
          </w:tcPr>
          <w:p w:rsidR="007A038C" w:rsidRDefault="00F95050">
            <w:r>
              <w:rPr>
                <w:b/>
              </w:rPr>
              <w:t>Palestra e Spogliatoi</w:t>
            </w:r>
          </w:p>
        </w:tc>
        <w:tc>
          <w:tcPr>
            <w:tcW w:w="2484" w:type="dxa"/>
          </w:tcPr>
          <w:p w:rsidR="007A038C" w:rsidRDefault="00F95050">
            <w:r>
              <w:t>[  ] Adeguato</w:t>
            </w:r>
            <w:r>
              <w:br/>
              <w:t>[  ] Non Adeguato</w:t>
            </w:r>
          </w:p>
        </w:tc>
        <w:tc>
          <w:tcPr>
            <w:tcW w:w="2484" w:type="dxa"/>
          </w:tcPr>
          <w:p w:rsidR="007A038C" w:rsidRDefault="00F95050">
            <w:r>
              <w:t>[  ] Conforme</w:t>
            </w:r>
            <w:r>
              <w:br/>
              <w:t>[  ] Non Conforme</w:t>
            </w:r>
          </w:p>
        </w:tc>
        <w:tc>
          <w:tcPr>
            <w:tcW w:w="2484" w:type="dxa"/>
          </w:tcPr>
          <w:p w:rsidR="007A038C" w:rsidRDefault="007A038C">
            <w:pPr>
              <w:jc w:val="center"/>
            </w:pPr>
          </w:p>
        </w:tc>
      </w:tr>
      <w:tr w:rsidR="007A038C">
        <w:tc>
          <w:tcPr>
            <w:tcW w:w="2484" w:type="dxa"/>
          </w:tcPr>
          <w:p w:rsidR="007A038C" w:rsidRDefault="00F95050">
            <w:r>
              <w:rPr>
                <w:b/>
              </w:rPr>
              <w:t>Refettorio / Mensa</w:t>
            </w:r>
          </w:p>
        </w:tc>
        <w:tc>
          <w:tcPr>
            <w:tcW w:w="2484" w:type="dxa"/>
          </w:tcPr>
          <w:p w:rsidR="007A038C" w:rsidRDefault="00F95050">
            <w:r>
              <w:t>[  ] Adeguato</w:t>
            </w:r>
            <w:r>
              <w:br/>
              <w:t>[  ] Non Adeguato</w:t>
            </w:r>
          </w:p>
        </w:tc>
        <w:tc>
          <w:tcPr>
            <w:tcW w:w="2484" w:type="dxa"/>
          </w:tcPr>
          <w:p w:rsidR="007A038C" w:rsidRDefault="00F95050">
            <w:r>
              <w:t>[  ] Conforme</w:t>
            </w:r>
            <w:r>
              <w:br/>
            </w:r>
            <w:r>
              <w:t>[  ] Non Conforme</w:t>
            </w:r>
          </w:p>
        </w:tc>
        <w:tc>
          <w:tcPr>
            <w:tcW w:w="2484" w:type="dxa"/>
          </w:tcPr>
          <w:p w:rsidR="007A038C" w:rsidRDefault="007A038C">
            <w:pPr>
              <w:jc w:val="center"/>
            </w:pPr>
          </w:p>
        </w:tc>
      </w:tr>
      <w:tr w:rsidR="007A038C">
        <w:tc>
          <w:tcPr>
            <w:tcW w:w="2484" w:type="dxa"/>
          </w:tcPr>
          <w:p w:rsidR="007A038C" w:rsidRDefault="00F95050">
            <w:r>
              <w:rPr>
                <w:b/>
              </w:rPr>
              <w:t>Cortile e Spazi Esterni</w:t>
            </w:r>
          </w:p>
        </w:tc>
        <w:tc>
          <w:tcPr>
            <w:tcW w:w="2484" w:type="dxa"/>
          </w:tcPr>
          <w:p w:rsidR="007A038C" w:rsidRDefault="00F95050">
            <w:r>
              <w:t>[  ] Adeguato</w:t>
            </w:r>
            <w:r>
              <w:br/>
              <w:t>[  ] Non Adeguato</w:t>
            </w:r>
          </w:p>
        </w:tc>
        <w:tc>
          <w:tcPr>
            <w:tcW w:w="2484" w:type="dxa"/>
          </w:tcPr>
          <w:p w:rsidR="007A038C" w:rsidRDefault="00F95050">
            <w:r>
              <w:t>[  ] Conforme</w:t>
            </w:r>
            <w:r>
              <w:br/>
              <w:t>[  ] Non Conforme</w:t>
            </w:r>
          </w:p>
        </w:tc>
        <w:tc>
          <w:tcPr>
            <w:tcW w:w="2484" w:type="dxa"/>
          </w:tcPr>
          <w:p w:rsidR="007A038C" w:rsidRDefault="007A038C">
            <w:pPr>
              <w:jc w:val="center"/>
            </w:pPr>
          </w:p>
        </w:tc>
      </w:tr>
      <w:tr w:rsidR="007A038C">
        <w:tc>
          <w:tcPr>
            <w:tcW w:w="2484" w:type="dxa"/>
          </w:tcPr>
          <w:p w:rsidR="007A038C" w:rsidRDefault="00F95050">
            <w:r>
              <w:rPr>
                <w:b/>
              </w:rPr>
              <w:t>Aule / Uffici / Bagni</w:t>
            </w:r>
          </w:p>
        </w:tc>
        <w:tc>
          <w:tcPr>
            <w:tcW w:w="2484" w:type="dxa"/>
          </w:tcPr>
          <w:p w:rsidR="007A038C" w:rsidRDefault="00F95050">
            <w:r>
              <w:t>[  ] Adeguato</w:t>
            </w:r>
            <w:r>
              <w:br/>
              <w:t>[  ] Non Adeguato</w:t>
            </w:r>
          </w:p>
        </w:tc>
        <w:tc>
          <w:tcPr>
            <w:tcW w:w="2484" w:type="dxa"/>
          </w:tcPr>
          <w:p w:rsidR="007A038C" w:rsidRDefault="00F95050">
            <w:r>
              <w:t>[  ] Conforme</w:t>
            </w:r>
            <w:r>
              <w:br/>
              <w:t>[  ] Non Conforme</w:t>
            </w:r>
          </w:p>
        </w:tc>
        <w:tc>
          <w:tcPr>
            <w:tcW w:w="2484" w:type="dxa"/>
          </w:tcPr>
          <w:p w:rsidR="007A038C" w:rsidRDefault="007A038C">
            <w:pPr>
              <w:jc w:val="center"/>
            </w:pPr>
          </w:p>
        </w:tc>
      </w:tr>
      <w:tr w:rsidR="007A038C">
        <w:tc>
          <w:tcPr>
            <w:tcW w:w="2484" w:type="dxa"/>
          </w:tcPr>
          <w:p w:rsidR="007A038C" w:rsidRDefault="00F95050">
            <w:r>
              <w:rPr>
                <w:b/>
              </w:rPr>
              <w:t>Operazioni Periodiche</w:t>
            </w:r>
          </w:p>
        </w:tc>
        <w:tc>
          <w:tcPr>
            <w:tcW w:w="2484" w:type="dxa"/>
          </w:tcPr>
          <w:p w:rsidR="007A038C" w:rsidRDefault="00F95050">
            <w:r>
              <w:t>[  ] Adeguato</w:t>
            </w:r>
            <w:r>
              <w:br/>
              <w:t>[  ] Non Adeguato</w:t>
            </w:r>
          </w:p>
        </w:tc>
        <w:tc>
          <w:tcPr>
            <w:tcW w:w="2484" w:type="dxa"/>
          </w:tcPr>
          <w:p w:rsidR="007A038C" w:rsidRDefault="00F95050">
            <w:r>
              <w:t>[  ]</w:t>
            </w:r>
            <w:r>
              <w:t xml:space="preserve"> Conforme</w:t>
            </w:r>
            <w:r>
              <w:br/>
              <w:t>[  ] Non Conforme</w:t>
            </w:r>
          </w:p>
        </w:tc>
        <w:tc>
          <w:tcPr>
            <w:tcW w:w="2484" w:type="dxa"/>
          </w:tcPr>
          <w:p w:rsidR="007A038C" w:rsidRDefault="007A038C">
            <w:pPr>
              <w:jc w:val="center"/>
            </w:pPr>
          </w:p>
        </w:tc>
      </w:tr>
    </w:tbl>
    <w:p w:rsidR="007A038C" w:rsidRDefault="00F95050">
      <w:pPr>
        <w:pStyle w:val="Titolo2"/>
      </w:pPr>
      <w:r>
        <w:t>ESITO DELLA VERIFICA</w:t>
      </w:r>
    </w:p>
    <w:p w:rsidR="007A038C" w:rsidRDefault="00F95050">
      <w:r>
        <w:rPr>
          <w:b/>
        </w:rPr>
        <w:t xml:space="preserve">[  ] REGOLARE: </w:t>
      </w:r>
      <w:r>
        <w:t>Il servizio è svolto in conformità alle direttive e con la frequenza stabilita.</w:t>
      </w:r>
      <w:r>
        <w:br/>
      </w:r>
      <w:r>
        <w:br/>
      </w:r>
      <w:r>
        <w:rPr>
          <w:b/>
        </w:rPr>
        <w:t xml:space="preserve">[  ] DA RIVEDERE: </w:t>
      </w:r>
      <w:r>
        <w:t>Si riscontrano le criticità evidenziate nelle note; richiesto intervento di ripristino.</w:t>
      </w:r>
    </w:p>
    <w:p w:rsidR="007A038C" w:rsidRDefault="00F95050">
      <w:r>
        <w:br/>
        <w:t>Da</w:t>
      </w:r>
      <w:r>
        <w:t>ta del Controllo: ____/____/________</w:t>
      </w:r>
      <w:r>
        <w:br/>
      </w:r>
      <w:r>
        <w:br/>
      </w:r>
      <w:r>
        <w:br/>
        <w:t>Firma del DSGA: ____________________________________</w:t>
      </w:r>
    </w:p>
    <w:sectPr w:rsidR="007A038C" w:rsidSect="00034616"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7A038C"/>
    <w:rsid w:val="00AA1D8D"/>
    <w:rsid w:val="00B47730"/>
    <w:rsid w:val="00CB0664"/>
    <w:rsid w:val="00F9505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31D1FD00-BA7B-4573-A1AE-E30A1A3526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C693F"/>
    <w:rPr>
      <w:rFonts w:ascii="Calibri" w:hAnsi="Calibri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4353440-0DDF-4D03-82F4-C67633EC89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1178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PRESIDE</cp:lastModifiedBy>
  <cp:revision>2</cp:revision>
  <dcterms:created xsi:type="dcterms:W3CDTF">2013-12-23T23:15:00Z</dcterms:created>
  <dcterms:modified xsi:type="dcterms:W3CDTF">2026-09-23T09:01:00Z</dcterms:modified>
  <cp:category/>
</cp:coreProperties>
</file>