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29E" w:rsidRDefault="00A65EBE">
      <w:pPr>
        <w:jc w:val="center"/>
      </w:pPr>
      <w:r>
        <w:rPr>
          <w:b/>
        </w:rPr>
        <w:t>SEZIONE 1: REGISTRO GIORNALIERO E PERIODICO DELLE PULIZIE</w:t>
      </w:r>
    </w:p>
    <w:p w:rsidR="003B029E" w:rsidRDefault="00A65EBE">
      <w:pPr>
        <w:jc w:val="center"/>
      </w:pPr>
      <w:r>
        <w:rPr>
          <w:i/>
        </w:rPr>
        <w:t>(Da compilare a cura del singolo collaboratore scolastico)</w:t>
      </w:r>
    </w:p>
    <w:p w:rsidR="003B029E" w:rsidRDefault="00A65EBE">
      <w:r>
        <w:rPr>
          <w:b/>
        </w:rPr>
        <w:t>Nome e Cognome Collaboratore: ______________________________________</w:t>
      </w:r>
      <w:r>
        <w:rPr>
          <w:b/>
        </w:rPr>
        <w:br/>
        <w:t>Plesso / Sede: __________________________   Mese/Anno: ______________</w:t>
      </w:r>
    </w:p>
    <w:p w:rsidR="003B029E" w:rsidRDefault="00A65EBE">
      <w:r>
        <w:rPr>
          <w:b/>
        </w:rPr>
        <w:t>LEGENDA OPERAZIONI:</w:t>
      </w:r>
      <w:r>
        <w:rPr>
          <w:b/>
        </w:rPr>
        <w:br/>
      </w:r>
      <w:r>
        <w:t>• P = Pulizia ordinaria (spolveratura, lavaggio, vuotamento cestini)</w:t>
      </w:r>
      <w:r>
        <w:br/>
        <w:t>• D = Disinfezione / Sanificazione delle superfici di contatto</w:t>
      </w:r>
    </w:p>
    <w:p w:rsidR="003B029E" w:rsidRDefault="00A65EBE">
      <w:pPr>
        <w:pStyle w:val="Titolo2"/>
      </w:pPr>
      <w:r>
        <w:t>1. PALESTRA E SPOGLIATOI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71"/>
        <w:gridCol w:w="1401"/>
        <w:gridCol w:w="1773"/>
        <w:gridCol w:w="1419"/>
        <w:gridCol w:w="1448"/>
        <w:gridCol w:w="1364"/>
        <w:gridCol w:w="1376"/>
      </w:tblGrid>
      <w:tr w:rsidR="003B029E">
        <w:tc>
          <w:tcPr>
            <w:tcW w:w="1419" w:type="dxa"/>
            <w:shd w:val="clear" w:color="auto" w:fill="F2F2F2"/>
          </w:tcPr>
          <w:p w:rsidR="003B029E" w:rsidRDefault="00A65EBE">
            <w:pPr>
              <w:jc w:val="center"/>
            </w:pPr>
            <w:r>
              <w:rPr>
                <w:b/>
              </w:rPr>
              <w:t>Data</w:t>
            </w:r>
          </w:p>
        </w:tc>
        <w:tc>
          <w:tcPr>
            <w:tcW w:w="1419" w:type="dxa"/>
            <w:shd w:val="clear" w:color="auto" w:fill="F2F2F2"/>
          </w:tcPr>
          <w:p w:rsidR="003B029E" w:rsidRDefault="00A65EBE">
            <w:pPr>
              <w:jc w:val="center"/>
            </w:pPr>
            <w:r>
              <w:rPr>
                <w:b/>
              </w:rPr>
              <w:t>Lavaggio Pavimenti Palestra (P)</w:t>
            </w:r>
          </w:p>
        </w:tc>
        <w:tc>
          <w:tcPr>
            <w:tcW w:w="1419" w:type="dxa"/>
            <w:shd w:val="clear" w:color="auto" w:fill="F2F2F2"/>
          </w:tcPr>
          <w:p w:rsidR="003B029E" w:rsidRDefault="00A65EBE">
            <w:pPr>
              <w:jc w:val="center"/>
            </w:pPr>
            <w:r>
              <w:rPr>
                <w:b/>
              </w:rPr>
              <w:t>Pulizia e Disinfezione Spogliatoi/Docce (</w:t>
            </w:r>
            <w:r>
              <w:rPr>
                <w:b/>
              </w:rPr>
              <w:t>P+D)</w:t>
            </w:r>
          </w:p>
        </w:tc>
        <w:tc>
          <w:tcPr>
            <w:tcW w:w="1419" w:type="dxa"/>
            <w:shd w:val="clear" w:color="auto" w:fill="F2F2F2"/>
          </w:tcPr>
          <w:p w:rsidR="003B029E" w:rsidRDefault="00A65EBE">
            <w:pPr>
              <w:jc w:val="center"/>
            </w:pPr>
            <w:r>
              <w:rPr>
                <w:b/>
              </w:rPr>
              <w:t>Sanificazione Maniglie e Attrezzature (D)</w:t>
            </w:r>
          </w:p>
        </w:tc>
        <w:tc>
          <w:tcPr>
            <w:tcW w:w="1419" w:type="dxa"/>
            <w:shd w:val="clear" w:color="auto" w:fill="F2F2F2"/>
          </w:tcPr>
          <w:p w:rsidR="003B029E" w:rsidRDefault="00A65EBE">
            <w:pPr>
              <w:jc w:val="center"/>
            </w:pPr>
            <w:r>
              <w:rPr>
                <w:b/>
              </w:rPr>
              <w:t>Svuotamento Cestini</w:t>
            </w:r>
          </w:p>
        </w:tc>
        <w:tc>
          <w:tcPr>
            <w:tcW w:w="1419" w:type="dxa"/>
            <w:shd w:val="clear" w:color="auto" w:fill="F2F2F2"/>
          </w:tcPr>
          <w:p w:rsidR="003B029E" w:rsidRDefault="00A65EBE">
            <w:pPr>
              <w:jc w:val="center"/>
            </w:pPr>
            <w:r>
              <w:rPr>
                <w:b/>
              </w:rPr>
              <w:t>Ora</w:t>
            </w:r>
          </w:p>
        </w:tc>
        <w:tc>
          <w:tcPr>
            <w:tcW w:w="1419" w:type="dxa"/>
            <w:shd w:val="clear" w:color="auto" w:fill="F2F2F2"/>
          </w:tcPr>
          <w:p w:rsidR="003B029E" w:rsidRDefault="00A65EBE">
            <w:pPr>
              <w:jc w:val="center"/>
            </w:pPr>
            <w:r>
              <w:rPr>
                <w:b/>
              </w:rPr>
              <w:t>Firma</w:t>
            </w:r>
          </w:p>
        </w:tc>
      </w:tr>
      <w:tr w:rsidR="003B029E">
        <w:tc>
          <w:tcPr>
            <w:tcW w:w="1419" w:type="dxa"/>
          </w:tcPr>
          <w:p w:rsidR="003B029E" w:rsidRDefault="003B029E">
            <w:pPr>
              <w:jc w:val="center"/>
            </w:pPr>
          </w:p>
        </w:tc>
        <w:tc>
          <w:tcPr>
            <w:tcW w:w="1419" w:type="dxa"/>
          </w:tcPr>
          <w:p w:rsidR="003B029E" w:rsidRDefault="00A65EBE">
            <w:r>
              <w:t>[  ]</w:t>
            </w:r>
          </w:p>
        </w:tc>
        <w:tc>
          <w:tcPr>
            <w:tcW w:w="1419" w:type="dxa"/>
          </w:tcPr>
          <w:p w:rsidR="003B029E" w:rsidRDefault="00A65EBE">
            <w:r>
              <w:t>[  ]</w:t>
            </w:r>
          </w:p>
        </w:tc>
        <w:tc>
          <w:tcPr>
            <w:tcW w:w="1419" w:type="dxa"/>
          </w:tcPr>
          <w:p w:rsidR="003B029E" w:rsidRDefault="00A65EBE">
            <w:r>
              <w:t>[  ]</w:t>
            </w:r>
          </w:p>
        </w:tc>
        <w:tc>
          <w:tcPr>
            <w:tcW w:w="1419" w:type="dxa"/>
          </w:tcPr>
          <w:p w:rsidR="003B029E" w:rsidRDefault="00A65EBE">
            <w:r>
              <w:t>[  ]</w:t>
            </w:r>
          </w:p>
        </w:tc>
        <w:tc>
          <w:tcPr>
            <w:tcW w:w="1419" w:type="dxa"/>
          </w:tcPr>
          <w:p w:rsidR="003B029E" w:rsidRDefault="003B029E">
            <w:pPr>
              <w:jc w:val="center"/>
            </w:pPr>
          </w:p>
        </w:tc>
        <w:tc>
          <w:tcPr>
            <w:tcW w:w="1419" w:type="dxa"/>
          </w:tcPr>
          <w:p w:rsidR="003B029E" w:rsidRDefault="003B029E">
            <w:pPr>
              <w:jc w:val="center"/>
            </w:pPr>
          </w:p>
        </w:tc>
      </w:tr>
      <w:tr w:rsidR="003B029E">
        <w:tc>
          <w:tcPr>
            <w:tcW w:w="1419" w:type="dxa"/>
          </w:tcPr>
          <w:p w:rsidR="003B029E" w:rsidRDefault="003B029E">
            <w:pPr>
              <w:jc w:val="center"/>
            </w:pPr>
          </w:p>
        </w:tc>
        <w:tc>
          <w:tcPr>
            <w:tcW w:w="1419" w:type="dxa"/>
          </w:tcPr>
          <w:p w:rsidR="003B029E" w:rsidRDefault="00A65EBE">
            <w:r>
              <w:t>[  ]</w:t>
            </w:r>
          </w:p>
        </w:tc>
        <w:tc>
          <w:tcPr>
            <w:tcW w:w="1419" w:type="dxa"/>
          </w:tcPr>
          <w:p w:rsidR="003B029E" w:rsidRDefault="00A65EBE">
            <w:r>
              <w:t>[  ]</w:t>
            </w:r>
          </w:p>
        </w:tc>
        <w:tc>
          <w:tcPr>
            <w:tcW w:w="1419" w:type="dxa"/>
          </w:tcPr>
          <w:p w:rsidR="003B029E" w:rsidRDefault="00A65EBE">
            <w:r>
              <w:t>[  ]</w:t>
            </w:r>
          </w:p>
        </w:tc>
        <w:tc>
          <w:tcPr>
            <w:tcW w:w="1419" w:type="dxa"/>
          </w:tcPr>
          <w:p w:rsidR="003B029E" w:rsidRDefault="00A65EBE">
            <w:r>
              <w:t>[  ]</w:t>
            </w:r>
          </w:p>
        </w:tc>
        <w:tc>
          <w:tcPr>
            <w:tcW w:w="1419" w:type="dxa"/>
          </w:tcPr>
          <w:p w:rsidR="003B029E" w:rsidRDefault="003B029E">
            <w:pPr>
              <w:jc w:val="center"/>
            </w:pPr>
          </w:p>
        </w:tc>
        <w:tc>
          <w:tcPr>
            <w:tcW w:w="1419" w:type="dxa"/>
          </w:tcPr>
          <w:p w:rsidR="003B029E" w:rsidRDefault="003B029E">
            <w:pPr>
              <w:jc w:val="center"/>
            </w:pPr>
          </w:p>
        </w:tc>
      </w:tr>
      <w:tr w:rsidR="003B029E">
        <w:tc>
          <w:tcPr>
            <w:tcW w:w="1419" w:type="dxa"/>
          </w:tcPr>
          <w:p w:rsidR="003B029E" w:rsidRDefault="003B029E">
            <w:pPr>
              <w:jc w:val="center"/>
            </w:pPr>
          </w:p>
        </w:tc>
        <w:tc>
          <w:tcPr>
            <w:tcW w:w="1419" w:type="dxa"/>
          </w:tcPr>
          <w:p w:rsidR="003B029E" w:rsidRDefault="00A65EBE">
            <w:r>
              <w:t>[  ]</w:t>
            </w:r>
          </w:p>
        </w:tc>
        <w:tc>
          <w:tcPr>
            <w:tcW w:w="1419" w:type="dxa"/>
          </w:tcPr>
          <w:p w:rsidR="003B029E" w:rsidRDefault="00A65EBE">
            <w:r>
              <w:t>[  ]</w:t>
            </w:r>
          </w:p>
        </w:tc>
        <w:tc>
          <w:tcPr>
            <w:tcW w:w="1419" w:type="dxa"/>
          </w:tcPr>
          <w:p w:rsidR="003B029E" w:rsidRDefault="00A65EBE">
            <w:r>
              <w:t>[  ]</w:t>
            </w:r>
          </w:p>
        </w:tc>
        <w:tc>
          <w:tcPr>
            <w:tcW w:w="1419" w:type="dxa"/>
          </w:tcPr>
          <w:p w:rsidR="003B029E" w:rsidRDefault="00A65EBE">
            <w:r>
              <w:t>[  ]</w:t>
            </w:r>
          </w:p>
        </w:tc>
        <w:tc>
          <w:tcPr>
            <w:tcW w:w="1419" w:type="dxa"/>
          </w:tcPr>
          <w:p w:rsidR="003B029E" w:rsidRDefault="003B029E">
            <w:pPr>
              <w:jc w:val="center"/>
            </w:pPr>
          </w:p>
        </w:tc>
        <w:tc>
          <w:tcPr>
            <w:tcW w:w="1419" w:type="dxa"/>
          </w:tcPr>
          <w:p w:rsidR="003B029E" w:rsidRDefault="003B029E">
            <w:pPr>
              <w:jc w:val="center"/>
            </w:pPr>
          </w:p>
        </w:tc>
      </w:tr>
    </w:tbl>
    <w:p w:rsidR="003B029E" w:rsidRDefault="00A65EBE">
      <w:pPr>
        <w:pStyle w:val="Titolo2"/>
      </w:pPr>
      <w:r>
        <w:t>2. REFETTORIO / MENSA</w:t>
      </w:r>
    </w:p>
    <w:p w:rsidR="003B029E" w:rsidRDefault="00A65EBE">
      <w:r>
        <w:rPr>
          <w:i/>
        </w:rPr>
        <w:t>Nota: Da eseguire tassativamente prima e dopo ogni turno di refezione.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56"/>
        <w:gridCol w:w="1656"/>
        <w:gridCol w:w="1656"/>
        <w:gridCol w:w="1656"/>
        <w:gridCol w:w="1656"/>
        <w:gridCol w:w="1656"/>
      </w:tblGrid>
      <w:tr w:rsidR="003B029E">
        <w:tc>
          <w:tcPr>
            <w:tcW w:w="1656" w:type="dxa"/>
            <w:shd w:val="clear" w:color="auto" w:fill="F2F2F2"/>
          </w:tcPr>
          <w:p w:rsidR="003B029E" w:rsidRDefault="00A65EBE">
            <w:pPr>
              <w:jc w:val="center"/>
            </w:pPr>
            <w:r>
              <w:rPr>
                <w:b/>
              </w:rPr>
              <w:t>Data</w:t>
            </w:r>
          </w:p>
        </w:tc>
        <w:tc>
          <w:tcPr>
            <w:tcW w:w="1656" w:type="dxa"/>
            <w:shd w:val="clear" w:color="auto" w:fill="F2F2F2"/>
          </w:tcPr>
          <w:p w:rsidR="003B029E" w:rsidRDefault="00A65EBE">
            <w:pPr>
              <w:jc w:val="center"/>
            </w:pPr>
            <w:r>
              <w:rPr>
                <w:b/>
              </w:rPr>
              <w:t xml:space="preserve">Pulizia </w:t>
            </w:r>
            <w:r>
              <w:rPr>
                <w:b/>
              </w:rPr>
              <w:t>e Disinfezione Tavoli/Sedie (P+D)</w:t>
            </w:r>
          </w:p>
        </w:tc>
        <w:tc>
          <w:tcPr>
            <w:tcW w:w="1656" w:type="dxa"/>
            <w:shd w:val="clear" w:color="auto" w:fill="F2F2F2"/>
          </w:tcPr>
          <w:p w:rsidR="003B029E" w:rsidRDefault="00A65EBE">
            <w:pPr>
              <w:jc w:val="center"/>
            </w:pPr>
            <w:r>
              <w:rPr>
                <w:b/>
              </w:rPr>
              <w:t>Lavaggio e Sanificazione Pavimenti (P+D)</w:t>
            </w:r>
          </w:p>
        </w:tc>
        <w:tc>
          <w:tcPr>
            <w:tcW w:w="1656" w:type="dxa"/>
            <w:shd w:val="clear" w:color="auto" w:fill="F2F2F2"/>
          </w:tcPr>
          <w:p w:rsidR="003B029E" w:rsidRDefault="00A65EBE">
            <w:pPr>
              <w:jc w:val="center"/>
            </w:pPr>
            <w:r>
              <w:rPr>
                <w:b/>
              </w:rPr>
              <w:t>Svuotamento e Sanificazione Cestini Rifiuti</w:t>
            </w:r>
          </w:p>
        </w:tc>
        <w:tc>
          <w:tcPr>
            <w:tcW w:w="1656" w:type="dxa"/>
            <w:shd w:val="clear" w:color="auto" w:fill="F2F2F2"/>
          </w:tcPr>
          <w:p w:rsidR="003B029E" w:rsidRDefault="00A65EBE">
            <w:pPr>
              <w:jc w:val="center"/>
            </w:pPr>
            <w:r>
              <w:rPr>
                <w:b/>
              </w:rPr>
              <w:t>Ora</w:t>
            </w:r>
          </w:p>
        </w:tc>
        <w:tc>
          <w:tcPr>
            <w:tcW w:w="1656" w:type="dxa"/>
            <w:shd w:val="clear" w:color="auto" w:fill="F2F2F2"/>
          </w:tcPr>
          <w:p w:rsidR="003B029E" w:rsidRDefault="00A65EBE">
            <w:pPr>
              <w:jc w:val="center"/>
            </w:pPr>
            <w:r>
              <w:rPr>
                <w:b/>
              </w:rPr>
              <w:t>Firma</w:t>
            </w:r>
          </w:p>
        </w:tc>
      </w:tr>
      <w:tr w:rsidR="003B029E">
        <w:tc>
          <w:tcPr>
            <w:tcW w:w="1656" w:type="dxa"/>
          </w:tcPr>
          <w:p w:rsidR="003B029E" w:rsidRDefault="003B029E">
            <w:pPr>
              <w:jc w:val="center"/>
            </w:pPr>
          </w:p>
        </w:tc>
        <w:tc>
          <w:tcPr>
            <w:tcW w:w="1656" w:type="dxa"/>
          </w:tcPr>
          <w:p w:rsidR="003B029E" w:rsidRDefault="00A65EBE">
            <w:r>
              <w:t>[  ]</w:t>
            </w:r>
          </w:p>
        </w:tc>
        <w:tc>
          <w:tcPr>
            <w:tcW w:w="1656" w:type="dxa"/>
          </w:tcPr>
          <w:p w:rsidR="003B029E" w:rsidRDefault="00A65EBE">
            <w:r>
              <w:t>[  ]</w:t>
            </w:r>
          </w:p>
        </w:tc>
        <w:tc>
          <w:tcPr>
            <w:tcW w:w="1656" w:type="dxa"/>
          </w:tcPr>
          <w:p w:rsidR="003B029E" w:rsidRDefault="00A65EBE">
            <w:r>
              <w:t>[  ]</w:t>
            </w:r>
          </w:p>
        </w:tc>
        <w:tc>
          <w:tcPr>
            <w:tcW w:w="1656" w:type="dxa"/>
          </w:tcPr>
          <w:p w:rsidR="003B029E" w:rsidRDefault="003B029E">
            <w:pPr>
              <w:jc w:val="center"/>
            </w:pPr>
          </w:p>
        </w:tc>
        <w:tc>
          <w:tcPr>
            <w:tcW w:w="1656" w:type="dxa"/>
          </w:tcPr>
          <w:p w:rsidR="003B029E" w:rsidRDefault="003B029E">
            <w:pPr>
              <w:jc w:val="center"/>
            </w:pPr>
          </w:p>
        </w:tc>
      </w:tr>
      <w:tr w:rsidR="003B029E">
        <w:tc>
          <w:tcPr>
            <w:tcW w:w="1656" w:type="dxa"/>
          </w:tcPr>
          <w:p w:rsidR="003B029E" w:rsidRDefault="003B029E">
            <w:pPr>
              <w:jc w:val="center"/>
            </w:pPr>
          </w:p>
        </w:tc>
        <w:tc>
          <w:tcPr>
            <w:tcW w:w="1656" w:type="dxa"/>
          </w:tcPr>
          <w:p w:rsidR="003B029E" w:rsidRDefault="00A65EBE">
            <w:r>
              <w:t>[  ]</w:t>
            </w:r>
          </w:p>
        </w:tc>
        <w:tc>
          <w:tcPr>
            <w:tcW w:w="1656" w:type="dxa"/>
          </w:tcPr>
          <w:p w:rsidR="003B029E" w:rsidRDefault="00A65EBE">
            <w:r>
              <w:t>[  ]</w:t>
            </w:r>
          </w:p>
        </w:tc>
        <w:tc>
          <w:tcPr>
            <w:tcW w:w="1656" w:type="dxa"/>
          </w:tcPr>
          <w:p w:rsidR="003B029E" w:rsidRDefault="00A65EBE">
            <w:r>
              <w:t>[  ]</w:t>
            </w:r>
          </w:p>
        </w:tc>
        <w:tc>
          <w:tcPr>
            <w:tcW w:w="1656" w:type="dxa"/>
          </w:tcPr>
          <w:p w:rsidR="003B029E" w:rsidRDefault="003B029E">
            <w:pPr>
              <w:jc w:val="center"/>
            </w:pPr>
          </w:p>
        </w:tc>
        <w:tc>
          <w:tcPr>
            <w:tcW w:w="1656" w:type="dxa"/>
          </w:tcPr>
          <w:p w:rsidR="003B029E" w:rsidRDefault="003B029E">
            <w:pPr>
              <w:jc w:val="center"/>
            </w:pPr>
          </w:p>
        </w:tc>
      </w:tr>
      <w:tr w:rsidR="003B029E">
        <w:tc>
          <w:tcPr>
            <w:tcW w:w="1656" w:type="dxa"/>
          </w:tcPr>
          <w:p w:rsidR="003B029E" w:rsidRDefault="003B029E">
            <w:pPr>
              <w:jc w:val="center"/>
            </w:pPr>
          </w:p>
        </w:tc>
        <w:tc>
          <w:tcPr>
            <w:tcW w:w="1656" w:type="dxa"/>
          </w:tcPr>
          <w:p w:rsidR="003B029E" w:rsidRDefault="00A65EBE">
            <w:r>
              <w:t>[  ]</w:t>
            </w:r>
          </w:p>
        </w:tc>
        <w:tc>
          <w:tcPr>
            <w:tcW w:w="1656" w:type="dxa"/>
          </w:tcPr>
          <w:p w:rsidR="003B029E" w:rsidRDefault="00A65EBE">
            <w:r>
              <w:t>[  ]</w:t>
            </w:r>
          </w:p>
        </w:tc>
        <w:tc>
          <w:tcPr>
            <w:tcW w:w="1656" w:type="dxa"/>
          </w:tcPr>
          <w:p w:rsidR="003B029E" w:rsidRDefault="00A65EBE">
            <w:r>
              <w:t>[  ]</w:t>
            </w:r>
          </w:p>
        </w:tc>
        <w:tc>
          <w:tcPr>
            <w:tcW w:w="1656" w:type="dxa"/>
          </w:tcPr>
          <w:p w:rsidR="003B029E" w:rsidRDefault="003B029E">
            <w:pPr>
              <w:jc w:val="center"/>
            </w:pPr>
          </w:p>
        </w:tc>
        <w:tc>
          <w:tcPr>
            <w:tcW w:w="1656" w:type="dxa"/>
          </w:tcPr>
          <w:p w:rsidR="003B029E" w:rsidRDefault="003B029E">
            <w:pPr>
              <w:jc w:val="center"/>
            </w:pPr>
          </w:p>
        </w:tc>
      </w:tr>
    </w:tbl>
    <w:p w:rsidR="003B029E" w:rsidRDefault="00A65EBE">
      <w:pPr>
        <w:pStyle w:val="Titolo2"/>
      </w:pPr>
      <w:r>
        <w:t>3. CORTILE E SPAZI ESTERNI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56"/>
        <w:gridCol w:w="1656"/>
        <w:gridCol w:w="1656"/>
        <w:gridCol w:w="1677"/>
        <w:gridCol w:w="1656"/>
        <w:gridCol w:w="1656"/>
      </w:tblGrid>
      <w:tr w:rsidR="003B029E">
        <w:tc>
          <w:tcPr>
            <w:tcW w:w="1656" w:type="dxa"/>
            <w:shd w:val="clear" w:color="auto" w:fill="F2F2F2"/>
          </w:tcPr>
          <w:p w:rsidR="003B029E" w:rsidRDefault="00A65EBE">
            <w:pPr>
              <w:jc w:val="center"/>
            </w:pPr>
            <w:r>
              <w:rPr>
                <w:b/>
              </w:rPr>
              <w:t>Data</w:t>
            </w:r>
          </w:p>
        </w:tc>
        <w:tc>
          <w:tcPr>
            <w:tcW w:w="1656" w:type="dxa"/>
            <w:shd w:val="clear" w:color="auto" w:fill="F2F2F2"/>
          </w:tcPr>
          <w:p w:rsidR="003B029E" w:rsidRDefault="00A65EBE">
            <w:pPr>
              <w:jc w:val="center"/>
            </w:pPr>
            <w:r>
              <w:rPr>
                <w:b/>
              </w:rPr>
              <w:t>Svuotamento Cestini Esterni</w:t>
            </w:r>
          </w:p>
        </w:tc>
        <w:tc>
          <w:tcPr>
            <w:tcW w:w="1656" w:type="dxa"/>
            <w:shd w:val="clear" w:color="auto" w:fill="F2F2F2"/>
          </w:tcPr>
          <w:p w:rsidR="003B029E" w:rsidRDefault="00A65EBE">
            <w:pPr>
              <w:jc w:val="center"/>
            </w:pPr>
            <w:r>
              <w:rPr>
                <w:b/>
              </w:rPr>
              <w:t xml:space="preserve">Raccolta </w:t>
            </w:r>
            <w:r>
              <w:rPr>
                <w:b/>
              </w:rPr>
              <w:t>Foglie / Rifiuti a Terra</w:t>
            </w:r>
          </w:p>
        </w:tc>
        <w:tc>
          <w:tcPr>
            <w:tcW w:w="1656" w:type="dxa"/>
            <w:shd w:val="clear" w:color="auto" w:fill="F2F2F2"/>
          </w:tcPr>
          <w:p w:rsidR="003B029E" w:rsidRDefault="00A65EBE">
            <w:pPr>
              <w:jc w:val="center"/>
            </w:pPr>
            <w:r>
              <w:rPr>
                <w:b/>
              </w:rPr>
              <w:t>Controllo Sicurezza Accessi/Cancelli</w:t>
            </w:r>
          </w:p>
        </w:tc>
        <w:tc>
          <w:tcPr>
            <w:tcW w:w="1656" w:type="dxa"/>
            <w:shd w:val="clear" w:color="auto" w:fill="F2F2F2"/>
          </w:tcPr>
          <w:p w:rsidR="003B029E" w:rsidRDefault="00A65EBE">
            <w:pPr>
              <w:jc w:val="center"/>
            </w:pPr>
            <w:r>
              <w:rPr>
                <w:b/>
              </w:rPr>
              <w:t>Ora</w:t>
            </w:r>
          </w:p>
        </w:tc>
        <w:tc>
          <w:tcPr>
            <w:tcW w:w="1656" w:type="dxa"/>
            <w:shd w:val="clear" w:color="auto" w:fill="F2F2F2"/>
          </w:tcPr>
          <w:p w:rsidR="003B029E" w:rsidRDefault="00A65EBE">
            <w:pPr>
              <w:jc w:val="center"/>
            </w:pPr>
            <w:r>
              <w:rPr>
                <w:b/>
              </w:rPr>
              <w:t>Firma</w:t>
            </w:r>
          </w:p>
        </w:tc>
      </w:tr>
      <w:tr w:rsidR="003B029E">
        <w:tc>
          <w:tcPr>
            <w:tcW w:w="1656" w:type="dxa"/>
          </w:tcPr>
          <w:p w:rsidR="003B029E" w:rsidRDefault="003B029E">
            <w:pPr>
              <w:jc w:val="center"/>
            </w:pPr>
          </w:p>
        </w:tc>
        <w:tc>
          <w:tcPr>
            <w:tcW w:w="1656" w:type="dxa"/>
          </w:tcPr>
          <w:p w:rsidR="003B029E" w:rsidRDefault="00A65EBE">
            <w:r>
              <w:t>[  ]</w:t>
            </w:r>
          </w:p>
        </w:tc>
        <w:tc>
          <w:tcPr>
            <w:tcW w:w="1656" w:type="dxa"/>
          </w:tcPr>
          <w:p w:rsidR="003B029E" w:rsidRDefault="00A65EBE">
            <w:r>
              <w:t>[  ]</w:t>
            </w:r>
          </w:p>
        </w:tc>
        <w:tc>
          <w:tcPr>
            <w:tcW w:w="1656" w:type="dxa"/>
          </w:tcPr>
          <w:p w:rsidR="003B029E" w:rsidRDefault="00A65EBE">
            <w:r>
              <w:t>[  ]</w:t>
            </w:r>
          </w:p>
        </w:tc>
        <w:tc>
          <w:tcPr>
            <w:tcW w:w="1656" w:type="dxa"/>
          </w:tcPr>
          <w:p w:rsidR="003B029E" w:rsidRDefault="003B029E">
            <w:pPr>
              <w:jc w:val="center"/>
            </w:pPr>
          </w:p>
        </w:tc>
        <w:tc>
          <w:tcPr>
            <w:tcW w:w="1656" w:type="dxa"/>
          </w:tcPr>
          <w:p w:rsidR="003B029E" w:rsidRDefault="003B029E">
            <w:pPr>
              <w:jc w:val="center"/>
            </w:pPr>
          </w:p>
        </w:tc>
      </w:tr>
      <w:tr w:rsidR="003B029E">
        <w:tc>
          <w:tcPr>
            <w:tcW w:w="1656" w:type="dxa"/>
          </w:tcPr>
          <w:p w:rsidR="003B029E" w:rsidRDefault="003B029E">
            <w:pPr>
              <w:jc w:val="center"/>
            </w:pPr>
          </w:p>
        </w:tc>
        <w:tc>
          <w:tcPr>
            <w:tcW w:w="1656" w:type="dxa"/>
          </w:tcPr>
          <w:p w:rsidR="003B029E" w:rsidRDefault="00A65EBE">
            <w:r>
              <w:t>[  ]</w:t>
            </w:r>
          </w:p>
        </w:tc>
        <w:tc>
          <w:tcPr>
            <w:tcW w:w="1656" w:type="dxa"/>
          </w:tcPr>
          <w:p w:rsidR="003B029E" w:rsidRDefault="00A65EBE">
            <w:r>
              <w:t>[  ]</w:t>
            </w:r>
          </w:p>
        </w:tc>
        <w:tc>
          <w:tcPr>
            <w:tcW w:w="1656" w:type="dxa"/>
          </w:tcPr>
          <w:p w:rsidR="003B029E" w:rsidRDefault="00A65EBE">
            <w:r>
              <w:t>[  ]</w:t>
            </w:r>
          </w:p>
        </w:tc>
        <w:tc>
          <w:tcPr>
            <w:tcW w:w="1656" w:type="dxa"/>
          </w:tcPr>
          <w:p w:rsidR="003B029E" w:rsidRDefault="003B029E">
            <w:pPr>
              <w:jc w:val="center"/>
            </w:pPr>
          </w:p>
        </w:tc>
        <w:tc>
          <w:tcPr>
            <w:tcW w:w="1656" w:type="dxa"/>
          </w:tcPr>
          <w:p w:rsidR="003B029E" w:rsidRDefault="003B029E">
            <w:pPr>
              <w:jc w:val="center"/>
            </w:pPr>
          </w:p>
        </w:tc>
      </w:tr>
      <w:tr w:rsidR="003B029E">
        <w:tc>
          <w:tcPr>
            <w:tcW w:w="1656" w:type="dxa"/>
          </w:tcPr>
          <w:p w:rsidR="003B029E" w:rsidRDefault="003B029E">
            <w:pPr>
              <w:jc w:val="center"/>
            </w:pPr>
          </w:p>
        </w:tc>
        <w:tc>
          <w:tcPr>
            <w:tcW w:w="1656" w:type="dxa"/>
          </w:tcPr>
          <w:p w:rsidR="003B029E" w:rsidRDefault="00A65EBE">
            <w:r>
              <w:t>[  ]</w:t>
            </w:r>
          </w:p>
        </w:tc>
        <w:tc>
          <w:tcPr>
            <w:tcW w:w="1656" w:type="dxa"/>
          </w:tcPr>
          <w:p w:rsidR="003B029E" w:rsidRDefault="00A65EBE">
            <w:r>
              <w:t>[  ]</w:t>
            </w:r>
          </w:p>
        </w:tc>
        <w:tc>
          <w:tcPr>
            <w:tcW w:w="1656" w:type="dxa"/>
          </w:tcPr>
          <w:p w:rsidR="003B029E" w:rsidRDefault="00A65EBE">
            <w:r>
              <w:t>[  ]</w:t>
            </w:r>
          </w:p>
        </w:tc>
        <w:tc>
          <w:tcPr>
            <w:tcW w:w="1656" w:type="dxa"/>
          </w:tcPr>
          <w:p w:rsidR="003B029E" w:rsidRDefault="003B029E">
            <w:pPr>
              <w:jc w:val="center"/>
            </w:pPr>
          </w:p>
        </w:tc>
        <w:tc>
          <w:tcPr>
            <w:tcW w:w="1656" w:type="dxa"/>
          </w:tcPr>
          <w:p w:rsidR="003B029E" w:rsidRDefault="003B029E">
            <w:pPr>
              <w:jc w:val="center"/>
            </w:pPr>
          </w:p>
        </w:tc>
      </w:tr>
    </w:tbl>
    <w:p w:rsidR="003B029E" w:rsidRDefault="00A65EBE">
      <w:pPr>
        <w:pStyle w:val="Titolo2"/>
      </w:pPr>
      <w:r>
        <w:t>4. OPERAZIONI PERIODICHE (Settimanali / Mensili / Straordinarie)</w:t>
      </w:r>
    </w:p>
    <w:p w:rsidR="003B029E" w:rsidRDefault="00A65EBE">
      <w:r>
        <w:rPr>
          <w:i/>
        </w:rPr>
        <w:t xml:space="preserve">Spazio a compilazione libera per tracciare gli interventi </w:t>
      </w:r>
      <w:r>
        <w:rPr>
          <w:i/>
        </w:rPr>
        <w:t>periodici richiesti (es. lavaggio vetri, fondo pavimenti, ecc.).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87"/>
        <w:gridCol w:w="1987"/>
        <w:gridCol w:w="1987"/>
        <w:gridCol w:w="1987"/>
        <w:gridCol w:w="1987"/>
      </w:tblGrid>
      <w:tr w:rsidR="003B029E">
        <w:tc>
          <w:tcPr>
            <w:tcW w:w="1987" w:type="dxa"/>
            <w:shd w:val="clear" w:color="auto" w:fill="F2F2F2"/>
          </w:tcPr>
          <w:p w:rsidR="003B029E" w:rsidRDefault="00A65EBE">
            <w:pPr>
              <w:jc w:val="center"/>
            </w:pPr>
            <w:r>
              <w:rPr>
                <w:b/>
              </w:rPr>
              <w:t>Data</w:t>
            </w:r>
          </w:p>
        </w:tc>
        <w:tc>
          <w:tcPr>
            <w:tcW w:w="1987" w:type="dxa"/>
            <w:shd w:val="clear" w:color="auto" w:fill="F2F2F2"/>
          </w:tcPr>
          <w:p w:rsidR="003B029E" w:rsidRDefault="00A65EBE">
            <w:pPr>
              <w:jc w:val="center"/>
            </w:pPr>
            <w:r>
              <w:rPr>
                <w:b/>
              </w:rPr>
              <w:t>Tipologia di Operazione Periodica (Descrivere l'intervento)</w:t>
            </w:r>
          </w:p>
        </w:tc>
        <w:tc>
          <w:tcPr>
            <w:tcW w:w="1987" w:type="dxa"/>
            <w:shd w:val="clear" w:color="auto" w:fill="F2F2F2"/>
          </w:tcPr>
          <w:p w:rsidR="003B029E" w:rsidRDefault="00A65EBE">
            <w:pPr>
              <w:jc w:val="center"/>
            </w:pPr>
            <w:r>
              <w:rPr>
                <w:b/>
              </w:rPr>
              <w:t>Zona / Locale Coinvolto</w:t>
            </w:r>
          </w:p>
        </w:tc>
        <w:tc>
          <w:tcPr>
            <w:tcW w:w="1987" w:type="dxa"/>
            <w:shd w:val="clear" w:color="auto" w:fill="F2F2F2"/>
          </w:tcPr>
          <w:p w:rsidR="003B029E" w:rsidRDefault="00A65EBE">
            <w:pPr>
              <w:jc w:val="center"/>
            </w:pPr>
            <w:r>
              <w:rPr>
                <w:b/>
              </w:rPr>
              <w:t>Esito / Note</w:t>
            </w:r>
          </w:p>
        </w:tc>
        <w:tc>
          <w:tcPr>
            <w:tcW w:w="1987" w:type="dxa"/>
            <w:shd w:val="clear" w:color="auto" w:fill="F2F2F2"/>
          </w:tcPr>
          <w:p w:rsidR="003B029E" w:rsidRDefault="00A65EBE">
            <w:pPr>
              <w:jc w:val="center"/>
            </w:pPr>
            <w:r>
              <w:rPr>
                <w:b/>
              </w:rPr>
              <w:t>Firma</w:t>
            </w:r>
          </w:p>
        </w:tc>
      </w:tr>
      <w:tr w:rsidR="003B029E">
        <w:tc>
          <w:tcPr>
            <w:tcW w:w="1987" w:type="dxa"/>
          </w:tcPr>
          <w:p w:rsidR="003B029E" w:rsidRDefault="003B029E">
            <w:pPr>
              <w:jc w:val="center"/>
            </w:pPr>
          </w:p>
        </w:tc>
        <w:tc>
          <w:tcPr>
            <w:tcW w:w="1987" w:type="dxa"/>
          </w:tcPr>
          <w:p w:rsidR="003B029E" w:rsidRDefault="003B029E">
            <w:pPr>
              <w:jc w:val="center"/>
            </w:pPr>
          </w:p>
        </w:tc>
        <w:tc>
          <w:tcPr>
            <w:tcW w:w="1987" w:type="dxa"/>
          </w:tcPr>
          <w:p w:rsidR="003B029E" w:rsidRDefault="003B029E">
            <w:pPr>
              <w:jc w:val="center"/>
            </w:pPr>
          </w:p>
        </w:tc>
        <w:tc>
          <w:tcPr>
            <w:tcW w:w="1987" w:type="dxa"/>
          </w:tcPr>
          <w:p w:rsidR="003B029E" w:rsidRDefault="00A65EBE">
            <w:r>
              <w:t>[  ] Completato</w:t>
            </w:r>
          </w:p>
        </w:tc>
        <w:tc>
          <w:tcPr>
            <w:tcW w:w="1987" w:type="dxa"/>
          </w:tcPr>
          <w:p w:rsidR="003B029E" w:rsidRDefault="003B029E">
            <w:pPr>
              <w:jc w:val="center"/>
            </w:pPr>
          </w:p>
        </w:tc>
      </w:tr>
      <w:tr w:rsidR="003B029E">
        <w:tc>
          <w:tcPr>
            <w:tcW w:w="1987" w:type="dxa"/>
          </w:tcPr>
          <w:p w:rsidR="003B029E" w:rsidRDefault="003B029E">
            <w:pPr>
              <w:jc w:val="center"/>
            </w:pPr>
          </w:p>
        </w:tc>
        <w:tc>
          <w:tcPr>
            <w:tcW w:w="1987" w:type="dxa"/>
          </w:tcPr>
          <w:p w:rsidR="003B029E" w:rsidRDefault="003B029E">
            <w:pPr>
              <w:jc w:val="center"/>
            </w:pPr>
          </w:p>
        </w:tc>
        <w:tc>
          <w:tcPr>
            <w:tcW w:w="1987" w:type="dxa"/>
          </w:tcPr>
          <w:p w:rsidR="003B029E" w:rsidRDefault="003B029E">
            <w:pPr>
              <w:jc w:val="center"/>
            </w:pPr>
          </w:p>
        </w:tc>
        <w:tc>
          <w:tcPr>
            <w:tcW w:w="1987" w:type="dxa"/>
          </w:tcPr>
          <w:p w:rsidR="003B029E" w:rsidRDefault="00A65EBE">
            <w:r>
              <w:t>[  ] Completato</w:t>
            </w:r>
          </w:p>
        </w:tc>
        <w:tc>
          <w:tcPr>
            <w:tcW w:w="1987" w:type="dxa"/>
          </w:tcPr>
          <w:p w:rsidR="003B029E" w:rsidRDefault="003B029E">
            <w:pPr>
              <w:jc w:val="center"/>
            </w:pPr>
          </w:p>
        </w:tc>
      </w:tr>
      <w:tr w:rsidR="003B029E">
        <w:tc>
          <w:tcPr>
            <w:tcW w:w="1987" w:type="dxa"/>
          </w:tcPr>
          <w:p w:rsidR="003B029E" w:rsidRDefault="003B029E">
            <w:pPr>
              <w:jc w:val="center"/>
            </w:pPr>
          </w:p>
        </w:tc>
        <w:tc>
          <w:tcPr>
            <w:tcW w:w="1987" w:type="dxa"/>
          </w:tcPr>
          <w:p w:rsidR="003B029E" w:rsidRDefault="003B029E">
            <w:pPr>
              <w:jc w:val="center"/>
            </w:pPr>
          </w:p>
        </w:tc>
        <w:tc>
          <w:tcPr>
            <w:tcW w:w="1987" w:type="dxa"/>
          </w:tcPr>
          <w:p w:rsidR="003B029E" w:rsidRDefault="003B029E">
            <w:pPr>
              <w:jc w:val="center"/>
            </w:pPr>
          </w:p>
        </w:tc>
        <w:tc>
          <w:tcPr>
            <w:tcW w:w="1987" w:type="dxa"/>
          </w:tcPr>
          <w:p w:rsidR="003B029E" w:rsidRDefault="00A65EBE">
            <w:r>
              <w:t>[  ] Completato</w:t>
            </w:r>
          </w:p>
        </w:tc>
        <w:tc>
          <w:tcPr>
            <w:tcW w:w="1987" w:type="dxa"/>
          </w:tcPr>
          <w:p w:rsidR="003B029E" w:rsidRDefault="003B029E">
            <w:pPr>
              <w:jc w:val="center"/>
            </w:pPr>
          </w:p>
        </w:tc>
      </w:tr>
    </w:tbl>
    <w:p w:rsidR="003B029E" w:rsidRDefault="00A65EBE">
      <w:pPr>
        <w:pStyle w:val="Titolo3"/>
      </w:pPr>
      <w:r>
        <w:t>NOTE E SEGNALAZIONI</w:t>
      </w:r>
      <w:r>
        <w:t xml:space="preserve"> DEL COLLABORATORE</w:t>
      </w:r>
    </w:p>
    <w:p w:rsidR="003B029E" w:rsidRDefault="00A65EBE">
      <w:r>
        <w:t>(Segnalare guasti, lampadine da sostituire, carenza di detergenti o sacchetti).</w:t>
      </w:r>
      <w:r>
        <w:br/>
        <w:t>_______________________________________________________________________________________</w:t>
      </w:r>
    </w:p>
    <w:p w:rsidR="003B029E" w:rsidRDefault="00A65EBE">
      <w:r>
        <w:br w:type="page"/>
      </w:r>
      <w:bookmarkStart w:id="0" w:name="_GoBack"/>
      <w:bookmarkEnd w:id="0"/>
    </w:p>
    <w:sectPr w:rsidR="003B029E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B029E"/>
    <w:rsid w:val="00A65EB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A9B1AECB-7A6B-445B-908A-9D0CEC3BC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rPr>
      <w:rFonts w:ascii="Calibri" w:hAnsi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BA6DDD-6EE4-465F-BF19-C7FFBE70D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PRESIDE</cp:lastModifiedBy>
  <cp:revision>3</cp:revision>
  <cp:lastPrinted>2026-09-23T09:03:00Z</cp:lastPrinted>
  <dcterms:created xsi:type="dcterms:W3CDTF">2013-12-23T23:15:00Z</dcterms:created>
  <dcterms:modified xsi:type="dcterms:W3CDTF">2026-09-23T09:03:00Z</dcterms:modified>
  <cp:category/>
</cp:coreProperties>
</file>